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5811" w14:textId="18CF5E3F" w:rsidR="004535A6" w:rsidRDefault="00E21F3E">
      <w:pPr>
        <w:spacing w:after="240"/>
        <w:jc w:val="center"/>
      </w:pPr>
      <w:proofErr w:type="spellStart"/>
      <w:r>
        <w:rPr>
          <w:b/>
          <w:sz w:val="28"/>
        </w:rPr>
        <w:t>質疑応答書</w:t>
      </w:r>
      <w:proofErr w:type="spellEnd"/>
    </w:p>
    <w:p w14:paraId="1D527432" w14:textId="77777777" w:rsidR="004535A6" w:rsidRDefault="00E21F3E">
      <w:pPr>
        <w:spacing w:after="120"/>
        <w:jc w:val="right"/>
      </w:pPr>
      <w:r>
        <w:t>年　　月　　日</w:t>
      </w:r>
    </w:p>
    <w:p w14:paraId="7F406AEA" w14:textId="77777777" w:rsidR="004535A6" w:rsidRDefault="00E21F3E">
      <w:pPr>
        <w:spacing w:after="240"/>
      </w:pPr>
      <w:r>
        <w:t>指定募集窓口：西日本不動産開発株式会社　行</w:t>
      </w:r>
      <w:r>
        <w:br/>
        <w:t>（E-mail: omura@nfk.co.jp）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46"/>
        <w:gridCol w:w="4946"/>
      </w:tblGrid>
      <w:tr w:rsidR="004535A6" w14:paraId="0431C122" w14:textId="77777777">
        <w:tc>
          <w:tcPr>
            <w:tcW w:w="4946" w:type="dxa"/>
          </w:tcPr>
          <w:p w14:paraId="6552A185" w14:textId="77777777" w:rsidR="004535A6" w:rsidRDefault="00E21F3E">
            <w:r>
              <w:t>（質問者）法人名：</w:t>
            </w:r>
          </w:p>
        </w:tc>
        <w:tc>
          <w:tcPr>
            <w:tcW w:w="4946" w:type="dxa"/>
          </w:tcPr>
          <w:p w14:paraId="2E0B57BD" w14:textId="77777777" w:rsidR="004535A6" w:rsidRDefault="00E21F3E">
            <w:r>
              <w:t xml:space="preserve">　　　　　　　　　　　　　　　　　　　　</w:t>
            </w:r>
          </w:p>
        </w:tc>
      </w:tr>
      <w:tr w:rsidR="004535A6" w14:paraId="252B7FDE" w14:textId="77777777">
        <w:tc>
          <w:tcPr>
            <w:tcW w:w="4946" w:type="dxa"/>
          </w:tcPr>
          <w:p w14:paraId="03CAF62B" w14:textId="77777777" w:rsidR="004535A6" w:rsidRDefault="00E21F3E">
            <w:r>
              <w:t>担当者氏名：</w:t>
            </w:r>
          </w:p>
        </w:tc>
        <w:tc>
          <w:tcPr>
            <w:tcW w:w="4946" w:type="dxa"/>
          </w:tcPr>
          <w:p w14:paraId="1C5287AC" w14:textId="77777777" w:rsidR="004535A6" w:rsidRDefault="00E21F3E">
            <w:r>
              <w:t xml:space="preserve">　　　　　　　　　　　　　　　　　　　　</w:t>
            </w:r>
          </w:p>
        </w:tc>
      </w:tr>
      <w:tr w:rsidR="004535A6" w14:paraId="4E63B69E" w14:textId="77777777">
        <w:tc>
          <w:tcPr>
            <w:tcW w:w="4946" w:type="dxa"/>
          </w:tcPr>
          <w:p w14:paraId="10D52BD6" w14:textId="77777777" w:rsidR="004535A6" w:rsidRDefault="00E21F3E">
            <w:r>
              <w:t>TEL / E-mail：</w:t>
            </w:r>
          </w:p>
        </w:tc>
        <w:tc>
          <w:tcPr>
            <w:tcW w:w="4946" w:type="dxa"/>
          </w:tcPr>
          <w:p w14:paraId="5CFF6F75" w14:textId="77777777" w:rsidR="004535A6" w:rsidRDefault="00E21F3E">
            <w:r>
              <w:t xml:space="preserve">　　　　　　　　　　　　　　　　　　　　</w:t>
            </w:r>
          </w:p>
        </w:tc>
      </w:tr>
    </w:tbl>
    <w:p w14:paraId="6261A071" w14:textId="77777777" w:rsidR="004535A6" w:rsidRDefault="004535A6">
      <w:pPr>
        <w:spacing w:after="240"/>
      </w:pPr>
    </w:p>
    <w:p w14:paraId="5654EF1C" w14:textId="77777777" w:rsidR="004535A6" w:rsidRDefault="00E21F3E">
      <w:pPr>
        <w:spacing w:after="240"/>
      </w:pPr>
      <w:r>
        <w:rPr>
          <w:lang w:eastAsia="ja-JP"/>
        </w:rPr>
        <w:t>「福岡市医師会 福岡大学西新病院跡地活用事業」に関し、以下の通り質問を提出します。</w:t>
      </w:r>
      <w:r>
        <w:rPr>
          <w:lang w:eastAsia="ja-JP"/>
        </w:rPr>
        <w:br/>
      </w:r>
      <w:r>
        <w:t>※質疑応答期限：2026年12月18日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1148"/>
        <w:gridCol w:w="2148"/>
        <w:gridCol w:w="3291"/>
        <w:gridCol w:w="2577"/>
      </w:tblGrid>
      <w:tr w:rsidR="004535A6" w14:paraId="2D855355" w14:textId="77777777" w:rsidTr="00565516">
        <w:tc>
          <w:tcPr>
            <w:tcW w:w="72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65D9C5" w14:textId="77777777" w:rsidR="004535A6" w:rsidRDefault="00E21F3E">
            <w:pPr>
              <w:jc w:val="center"/>
            </w:pPr>
            <w:r>
              <w:rPr>
                <w:b/>
                <w:sz w:val="19"/>
              </w:rPr>
              <w:t>No.</w:t>
            </w:r>
          </w:p>
        </w:tc>
        <w:tc>
          <w:tcPr>
            <w:tcW w:w="115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6010D1" w14:textId="77777777" w:rsidR="004535A6" w:rsidRDefault="00E21F3E">
            <w:pPr>
              <w:jc w:val="center"/>
            </w:pPr>
            <w:r>
              <w:rPr>
                <w:b/>
                <w:sz w:val="19"/>
              </w:rPr>
              <w:t>要項頁</w:t>
            </w:r>
          </w:p>
        </w:tc>
        <w:tc>
          <w:tcPr>
            <w:tcW w:w="216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71E8E3" w14:textId="77777777" w:rsidR="004535A6" w:rsidRDefault="00E21F3E">
            <w:pPr>
              <w:jc w:val="center"/>
            </w:pPr>
            <w:r>
              <w:rPr>
                <w:b/>
                <w:sz w:val="19"/>
              </w:rPr>
              <w:t>該当箇所・項目</w:t>
            </w:r>
          </w:p>
        </w:tc>
        <w:tc>
          <w:tcPr>
            <w:tcW w:w="331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000077" w14:textId="77777777" w:rsidR="004535A6" w:rsidRDefault="00E21F3E">
            <w:pPr>
              <w:jc w:val="center"/>
            </w:pPr>
            <w:r>
              <w:rPr>
                <w:b/>
                <w:sz w:val="19"/>
              </w:rPr>
              <w:t>質問内容</w:t>
            </w:r>
          </w:p>
        </w:tc>
        <w:tc>
          <w:tcPr>
            <w:tcW w:w="2592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1EB151" w14:textId="77777777" w:rsidR="004535A6" w:rsidRDefault="00E21F3E">
            <w:pPr>
              <w:jc w:val="center"/>
            </w:pPr>
            <w:r>
              <w:rPr>
                <w:b/>
                <w:sz w:val="19"/>
              </w:rPr>
              <w:t>貸主回答記入欄（※空白）</w:t>
            </w:r>
          </w:p>
        </w:tc>
      </w:tr>
      <w:tr w:rsidR="004535A6" w14:paraId="62E9FBFB" w14:textId="77777777" w:rsidTr="00565516">
        <w:tc>
          <w:tcPr>
            <w:tcW w:w="7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EDAB4B9" w14:textId="04042914" w:rsidR="004535A6" w:rsidRDefault="00565516">
            <w:pPr>
              <w:spacing w:line="264" w:lineRule="auto"/>
              <w:jc w:val="center"/>
            </w:pPr>
            <w:r>
              <w:rPr>
                <w:rFonts w:hint="eastAsia"/>
                <w:lang w:eastAsia="ja-JP"/>
              </w:rPr>
              <w:t>例</w:t>
            </w:r>
          </w:p>
        </w:tc>
        <w:tc>
          <w:tcPr>
            <w:tcW w:w="115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7541D09" w14:textId="77777777" w:rsidR="004535A6" w:rsidRDefault="00E21F3E">
            <w:pPr>
              <w:spacing w:line="264" w:lineRule="auto"/>
              <w:jc w:val="center"/>
            </w:pPr>
            <w:r>
              <w:rPr>
                <w:sz w:val="19"/>
              </w:rPr>
              <w:t>p.2</w:t>
            </w:r>
          </w:p>
        </w:tc>
        <w:tc>
          <w:tcPr>
            <w:tcW w:w="21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0EAB79D" w14:textId="01EC6F91" w:rsidR="004535A6" w:rsidRDefault="00E21F3E">
            <w:pPr>
              <w:spacing w:line="264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4-2. 建物の活用（用途）</w:t>
            </w:r>
            <w:r w:rsidR="00565516">
              <w:rPr>
                <w:rFonts w:hint="eastAsia"/>
                <w:sz w:val="19"/>
                <w:lang w:eastAsia="ja-JP"/>
              </w:rPr>
              <w:t>について</w:t>
            </w: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792D79A" w14:textId="1A331A8E" w:rsidR="004535A6" w:rsidRDefault="00E21F3E">
            <w:pPr>
              <w:spacing w:line="264" w:lineRule="auto"/>
              <w:rPr>
                <w:lang w:eastAsia="ja-JP"/>
              </w:rPr>
            </w:pPr>
            <w:r>
              <w:rPr>
                <w:sz w:val="19"/>
                <w:lang w:eastAsia="ja-JP"/>
              </w:rPr>
              <w:t>1階スペースの</w:t>
            </w:r>
            <w:r w:rsidR="00565516">
              <w:rPr>
                <w:rFonts w:hint="eastAsia"/>
                <w:sz w:val="19"/>
                <w:lang w:eastAsia="ja-JP"/>
              </w:rPr>
              <w:t>仕様に</w:t>
            </w:r>
            <w:r>
              <w:rPr>
                <w:sz w:val="19"/>
                <w:lang w:eastAsia="ja-JP"/>
              </w:rPr>
              <w:t>関する制限や具体的な要望はありますでしょうか。</w:t>
            </w:r>
          </w:p>
        </w:tc>
        <w:tc>
          <w:tcPr>
            <w:tcW w:w="259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766196B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</w:tr>
      <w:tr w:rsidR="004535A6" w14:paraId="0F1CE1D4" w14:textId="77777777" w:rsidTr="00565516">
        <w:tc>
          <w:tcPr>
            <w:tcW w:w="7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3AFD027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  <w:p w14:paraId="0BBD8A19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  <w:p w14:paraId="4574AB6B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115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7E0FC8B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21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D451DB6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F91B851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259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458D629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</w:tr>
      <w:tr w:rsidR="004535A6" w14:paraId="6A9248F2" w14:textId="77777777" w:rsidTr="00565516">
        <w:tc>
          <w:tcPr>
            <w:tcW w:w="7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AB86310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  <w:p w14:paraId="7493A9E1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  <w:p w14:paraId="62102A1A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115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12C081B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21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13FB36D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3D3183D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259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455CC7B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</w:tr>
      <w:tr w:rsidR="004535A6" w14:paraId="1995807E" w14:textId="77777777" w:rsidTr="00565516">
        <w:tc>
          <w:tcPr>
            <w:tcW w:w="72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7AAC719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  <w:p w14:paraId="06D4A86C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  <w:p w14:paraId="090569F2" w14:textId="77777777" w:rsidR="00565516" w:rsidRDefault="0056551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115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FBE3052" w14:textId="77777777" w:rsidR="004535A6" w:rsidRDefault="004535A6">
            <w:pPr>
              <w:spacing w:line="264" w:lineRule="auto"/>
              <w:jc w:val="center"/>
              <w:rPr>
                <w:lang w:eastAsia="ja-JP"/>
              </w:rPr>
            </w:pPr>
          </w:p>
        </w:tc>
        <w:tc>
          <w:tcPr>
            <w:tcW w:w="216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E50979A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4D4B24E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  <w:tc>
          <w:tcPr>
            <w:tcW w:w="259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EC93F7D" w14:textId="77777777" w:rsidR="004535A6" w:rsidRDefault="004535A6">
            <w:pPr>
              <w:spacing w:line="264" w:lineRule="auto"/>
              <w:rPr>
                <w:lang w:eastAsia="ja-JP"/>
              </w:rPr>
            </w:pPr>
          </w:p>
        </w:tc>
      </w:tr>
    </w:tbl>
    <w:p w14:paraId="176F32B3" w14:textId="77777777" w:rsidR="004535A6" w:rsidRDefault="004535A6">
      <w:pPr>
        <w:spacing w:after="240"/>
        <w:rPr>
          <w:lang w:eastAsia="ja-JP"/>
        </w:rPr>
      </w:pPr>
    </w:p>
    <w:p w14:paraId="1FF8B719" w14:textId="77777777" w:rsidR="004535A6" w:rsidRDefault="00E21F3E">
      <w:pPr>
        <w:rPr>
          <w:lang w:eastAsia="ja-JP"/>
        </w:rPr>
      </w:pPr>
      <w:r>
        <w:rPr>
          <w:lang w:eastAsia="ja-JP"/>
        </w:rPr>
        <w:br w:type="page"/>
      </w:r>
    </w:p>
    <w:sectPr w:rsidR="004535A6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AD08" w14:textId="77777777" w:rsidR="00990BF9" w:rsidRDefault="00990BF9" w:rsidP="0056787F">
      <w:pPr>
        <w:spacing w:line="240" w:lineRule="auto"/>
      </w:pPr>
      <w:r>
        <w:separator/>
      </w:r>
    </w:p>
  </w:endnote>
  <w:endnote w:type="continuationSeparator" w:id="0">
    <w:p w14:paraId="4D487049" w14:textId="77777777" w:rsidR="00990BF9" w:rsidRDefault="00990BF9" w:rsidP="005678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0817D" w14:textId="77777777" w:rsidR="00990BF9" w:rsidRDefault="00990BF9" w:rsidP="0056787F">
      <w:pPr>
        <w:spacing w:line="240" w:lineRule="auto"/>
      </w:pPr>
      <w:r>
        <w:separator/>
      </w:r>
    </w:p>
  </w:footnote>
  <w:footnote w:type="continuationSeparator" w:id="0">
    <w:p w14:paraId="0301BE71" w14:textId="77777777" w:rsidR="00990BF9" w:rsidRDefault="00990BF9" w:rsidP="005678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F670015"/>
    <w:multiLevelType w:val="hybridMultilevel"/>
    <w:tmpl w:val="77127BA0"/>
    <w:lvl w:ilvl="0" w:tplc="4C2A3E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67965695">
    <w:abstractNumId w:val="8"/>
  </w:num>
  <w:num w:numId="2" w16cid:durableId="1982805924">
    <w:abstractNumId w:val="6"/>
  </w:num>
  <w:num w:numId="3" w16cid:durableId="785078318">
    <w:abstractNumId w:val="5"/>
  </w:num>
  <w:num w:numId="4" w16cid:durableId="1570114763">
    <w:abstractNumId w:val="4"/>
  </w:num>
  <w:num w:numId="5" w16cid:durableId="1703820747">
    <w:abstractNumId w:val="7"/>
  </w:num>
  <w:num w:numId="6" w16cid:durableId="427190245">
    <w:abstractNumId w:val="3"/>
  </w:num>
  <w:num w:numId="7" w16cid:durableId="1328090402">
    <w:abstractNumId w:val="2"/>
  </w:num>
  <w:num w:numId="8" w16cid:durableId="1945842358">
    <w:abstractNumId w:val="1"/>
  </w:num>
  <w:num w:numId="9" w16cid:durableId="1711801780">
    <w:abstractNumId w:val="0"/>
  </w:num>
  <w:num w:numId="10" w16cid:durableId="1633511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9D"/>
    <w:rsid w:val="000165B5"/>
    <w:rsid w:val="00034616"/>
    <w:rsid w:val="00034824"/>
    <w:rsid w:val="0006063C"/>
    <w:rsid w:val="00104222"/>
    <w:rsid w:val="00104E2A"/>
    <w:rsid w:val="0015074B"/>
    <w:rsid w:val="00174884"/>
    <w:rsid w:val="001978AC"/>
    <w:rsid w:val="0027065C"/>
    <w:rsid w:val="0029639D"/>
    <w:rsid w:val="00326F90"/>
    <w:rsid w:val="00392CC9"/>
    <w:rsid w:val="00432B0D"/>
    <w:rsid w:val="004535A6"/>
    <w:rsid w:val="00490C8C"/>
    <w:rsid w:val="00565516"/>
    <w:rsid w:val="0056787F"/>
    <w:rsid w:val="005A6657"/>
    <w:rsid w:val="00630D68"/>
    <w:rsid w:val="006717F6"/>
    <w:rsid w:val="00671A76"/>
    <w:rsid w:val="006D54E6"/>
    <w:rsid w:val="00736C0A"/>
    <w:rsid w:val="00752AD5"/>
    <w:rsid w:val="00786139"/>
    <w:rsid w:val="007A0BDD"/>
    <w:rsid w:val="008618E6"/>
    <w:rsid w:val="00990BF9"/>
    <w:rsid w:val="009F04A4"/>
    <w:rsid w:val="00A04EB0"/>
    <w:rsid w:val="00AA1D8D"/>
    <w:rsid w:val="00B448F9"/>
    <w:rsid w:val="00B47730"/>
    <w:rsid w:val="00C26355"/>
    <w:rsid w:val="00CB0664"/>
    <w:rsid w:val="00DA3FDC"/>
    <w:rsid w:val="00E21F3E"/>
    <w:rsid w:val="00E2321C"/>
    <w:rsid w:val="00ED5E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73108"/>
  <w14:defaultImageDpi w14:val="300"/>
  <w15:docId w15:val="{96046AB4-24A7-4AF9-95F7-EA14699D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56787F"/>
    <w:pPr>
      <w:spacing w:after="0" w:line="240" w:lineRule="auto"/>
    </w:pPr>
    <w:rPr>
      <w:rFonts w:ascii="ＭＳ 明朝" w:hAns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小林 純也</cp:lastModifiedBy>
  <cp:revision>2</cp:revision>
  <cp:lastPrinted>2026-10-20T06:22:00Z</cp:lastPrinted>
  <dcterms:created xsi:type="dcterms:W3CDTF">2026-10-21T00:22:00Z</dcterms:created>
  <dcterms:modified xsi:type="dcterms:W3CDTF">2026-10-21T00:22:00Z</dcterms:modified>
  <cp:category/>
</cp:coreProperties>
</file>