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02933" w14:textId="6DF157DD" w:rsidR="004535A6" w:rsidRDefault="00E21F3E">
      <w:pPr>
        <w:spacing w:after="240"/>
        <w:jc w:val="center"/>
        <w:rPr>
          <w:lang w:eastAsia="zh-CN"/>
        </w:rPr>
      </w:pPr>
      <w:r>
        <w:rPr>
          <w:b/>
          <w:sz w:val="28"/>
          <w:lang w:eastAsia="zh-CN"/>
        </w:rPr>
        <w:t xml:space="preserve">参加申込書 兼 </w:t>
      </w:r>
      <w:r w:rsidR="006D54E6">
        <w:rPr>
          <w:rFonts w:hint="eastAsia"/>
          <w:b/>
          <w:sz w:val="28"/>
          <w:lang w:eastAsia="zh-CN"/>
        </w:rPr>
        <w:t>誓約</w:t>
      </w:r>
      <w:r>
        <w:rPr>
          <w:b/>
          <w:sz w:val="28"/>
          <w:lang w:eastAsia="zh-CN"/>
        </w:rPr>
        <w:t>書</w:t>
      </w:r>
    </w:p>
    <w:p w14:paraId="4009465F" w14:textId="77777777" w:rsidR="004535A6" w:rsidRDefault="00E21F3E">
      <w:pPr>
        <w:spacing w:after="120"/>
        <w:jc w:val="right"/>
        <w:rPr>
          <w:lang w:eastAsia="zh-CN"/>
        </w:rPr>
      </w:pPr>
      <w:r>
        <w:rPr>
          <w:lang w:eastAsia="zh-CN"/>
        </w:rPr>
        <w:t>年　　月　　日</w:t>
      </w:r>
    </w:p>
    <w:p w14:paraId="3EDD70DF" w14:textId="77777777" w:rsidR="004535A6" w:rsidRDefault="00E21F3E">
      <w:pPr>
        <w:spacing w:after="360"/>
        <w:rPr>
          <w:lang w:eastAsia="zh-CN"/>
        </w:rPr>
      </w:pPr>
      <w:r>
        <w:rPr>
          <w:lang w:eastAsia="zh-CN"/>
        </w:rPr>
        <w:t>一般社団法人 福岡市医師会　御中</w:t>
      </w:r>
      <w:r>
        <w:rPr>
          <w:lang w:eastAsia="zh-CN"/>
        </w:rPr>
        <w:br/>
        <w:t>（指定募集窓口：西日本不動産開発株式会社　行）</w:t>
      </w:r>
    </w:p>
    <w:tbl>
      <w:tblPr>
        <w:tblW w:w="0" w:type="auto"/>
        <w:jc w:val="right"/>
        <w:tblLook w:val="04A0" w:firstRow="1" w:lastRow="0" w:firstColumn="1" w:lastColumn="0" w:noHBand="0" w:noVBand="1"/>
      </w:tblPr>
      <w:tblGrid>
        <w:gridCol w:w="4946"/>
        <w:gridCol w:w="4946"/>
      </w:tblGrid>
      <w:tr w:rsidR="004535A6" w14:paraId="1493ACA4" w14:textId="77777777">
        <w:trPr>
          <w:jc w:val="right"/>
        </w:trPr>
        <w:tc>
          <w:tcPr>
            <w:tcW w:w="4946" w:type="dxa"/>
          </w:tcPr>
          <w:p w14:paraId="503FE3FE" w14:textId="77777777" w:rsidR="004535A6" w:rsidRDefault="00E21F3E">
            <w:pPr>
              <w:jc w:val="right"/>
            </w:pPr>
            <w:r>
              <w:t>（申込者）所在地：</w:t>
            </w:r>
          </w:p>
        </w:tc>
        <w:tc>
          <w:tcPr>
            <w:tcW w:w="4946" w:type="dxa"/>
          </w:tcPr>
          <w:p w14:paraId="3E1A5DF7" w14:textId="77777777" w:rsidR="004535A6" w:rsidRDefault="00E21F3E">
            <w:r>
              <w:t xml:space="preserve">　　　　　　　　　　　　　　　　　　　　</w:t>
            </w:r>
          </w:p>
        </w:tc>
      </w:tr>
      <w:tr w:rsidR="004535A6" w14:paraId="44ACECE1" w14:textId="77777777">
        <w:trPr>
          <w:jc w:val="right"/>
        </w:trPr>
        <w:tc>
          <w:tcPr>
            <w:tcW w:w="4946" w:type="dxa"/>
          </w:tcPr>
          <w:p w14:paraId="0052D63D" w14:textId="77777777" w:rsidR="004535A6" w:rsidRDefault="00E21F3E">
            <w:pPr>
              <w:jc w:val="right"/>
            </w:pPr>
            <w:r>
              <w:t>法人名：</w:t>
            </w:r>
          </w:p>
        </w:tc>
        <w:tc>
          <w:tcPr>
            <w:tcW w:w="4946" w:type="dxa"/>
          </w:tcPr>
          <w:p w14:paraId="04F1A0A7" w14:textId="77777777" w:rsidR="004535A6" w:rsidRDefault="00E21F3E">
            <w:r>
              <w:t xml:space="preserve">　　　　　　　　　　　　　　　　　　　　</w:t>
            </w:r>
          </w:p>
        </w:tc>
      </w:tr>
      <w:tr w:rsidR="004535A6" w14:paraId="1923321D" w14:textId="77777777">
        <w:trPr>
          <w:jc w:val="right"/>
        </w:trPr>
        <w:tc>
          <w:tcPr>
            <w:tcW w:w="4946" w:type="dxa"/>
          </w:tcPr>
          <w:p w14:paraId="39083D28" w14:textId="77777777" w:rsidR="004535A6" w:rsidRDefault="00E21F3E">
            <w:pPr>
              <w:jc w:val="right"/>
            </w:pPr>
            <w:r>
              <w:t>代表者名：</w:t>
            </w:r>
          </w:p>
        </w:tc>
        <w:tc>
          <w:tcPr>
            <w:tcW w:w="4946" w:type="dxa"/>
          </w:tcPr>
          <w:p w14:paraId="0C1EEAD2" w14:textId="77777777" w:rsidR="004535A6" w:rsidRDefault="00E21F3E">
            <w:r>
              <w:t xml:space="preserve">　　　　　　　　　　　　　　　 印</w:t>
            </w:r>
          </w:p>
        </w:tc>
      </w:tr>
      <w:tr w:rsidR="004535A6" w14:paraId="77746C43" w14:textId="77777777">
        <w:trPr>
          <w:jc w:val="right"/>
        </w:trPr>
        <w:tc>
          <w:tcPr>
            <w:tcW w:w="4946" w:type="dxa"/>
          </w:tcPr>
          <w:p w14:paraId="7646425F" w14:textId="01782F88" w:rsidR="004535A6" w:rsidRDefault="00E21F3E" w:rsidP="00565516">
            <w:pPr>
              <w:jc w:val="right"/>
              <w:rPr>
                <w:lang w:eastAsia="ja-JP"/>
              </w:rPr>
            </w:pPr>
            <w:r>
              <w:rPr>
                <w:lang w:eastAsia="ja-JP"/>
              </w:rPr>
              <w:t>担当者：</w:t>
            </w:r>
          </w:p>
        </w:tc>
        <w:tc>
          <w:tcPr>
            <w:tcW w:w="4946" w:type="dxa"/>
          </w:tcPr>
          <w:p w14:paraId="006D2D6D" w14:textId="77777777" w:rsidR="004535A6" w:rsidRDefault="00E21F3E">
            <w:pPr>
              <w:rPr>
                <w:lang w:eastAsia="ja-JP"/>
              </w:rPr>
            </w:pPr>
            <w:r>
              <w:rPr>
                <w:lang w:eastAsia="ja-JP"/>
              </w:rPr>
              <w:t xml:space="preserve">　　　　　　　　　　　　　　　　　　　　</w:t>
            </w:r>
          </w:p>
        </w:tc>
      </w:tr>
      <w:tr w:rsidR="004535A6" w14:paraId="140045A2" w14:textId="77777777">
        <w:trPr>
          <w:jc w:val="right"/>
        </w:trPr>
        <w:tc>
          <w:tcPr>
            <w:tcW w:w="4946" w:type="dxa"/>
          </w:tcPr>
          <w:p w14:paraId="486A32FD" w14:textId="77777777" w:rsidR="004535A6" w:rsidRDefault="00E21F3E">
            <w:pPr>
              <w:jc w:val="right"/>
            </w:pPr>
            <w:r>
              <w:t>TEL / E-mail：</w:t>
            </w:r>
          </w:p>
        </w:tc>
        <w:tc>
          <w:tcPr>
            <w:tcW w:w="4946" w:type="dxa"/>
          </w:tcPr>
          <w:p w14:paraId="2D32E176" w14:textId="77777777" w:rsidR="004535A6" w:rsidRDefault="00E21F3E">
            <w:r>
              <w:t xml:space="preserve">　　　　　　　　　　　　　　　　　　　　</w:t>
            </w:r>
          </w:p>
        </w:tc>
      </w:tr>
    </w:tbl>
    <w:p w14:paraId="697C228E" w14:textId="77777777" w:rsidR="004535A6" w:rsidRDefault="004535A6">
      <w:pPr>
        <w:spacing w:after="240"/>
      </w:pPr>
    </w:p>
    <w:p w14:paraId="5A467F18" w14:textId="54561294" w:rsidR="004535A6" w:rsidRDefault="00E21F3E">
      <w:pPr>
        <w:spacing w:after="240"/>
        <w:rPr>
          <w:lang w:eastAsia="ja-JP"/>
        </w:rPr>
      </w:pPr>
      <w:r>
        <w:rPr>
          <w:lang w:eastAsia="ja-JP"/>
        </w:rPr>
        <w:t>当社（及び共同企業体構成員）は、「福岡市医師会 福岡大学西新病院跡地活用事業公募要項」の全条項を承諾のうえ、本公募への参加を申し込みます。また、本申込にあたり、下記事項について相違ないことを</w:t>
      </w:r>
      <w:r w:rsidR="006D54E6">
        <w:rPr>
          <w:rFonts w:hint="eastAsia"/>
          <w:lang w:eastAsia="ja-JP"/>
        </w:rPr>
        <w:t>誓約</w:t>
      </w:r>
      <w:r>
        <w:rPr>
          <w:lang w:eastAsia="ja-JP"/>
        </w:rPr>
        <w:t>いたします。</w:t>
      </w:r>
    </w:p>
    <w:p w14:paraId="5D86AFEE" w14:textId="77777777" w:rsidR="004535A6" w:rsidRDefault="00E21F3E">
      <w:pPr>
        <w:spacing w:after="120"/>
        <w:jc w:val="center"/>
        <w:rPr>
          <w:lang w:eastAsia="ja-JP"/>
        </w:rPr>
      </w:pPr>
      <w:r>
        <w:rPr>
          <w:lang w:eastAsia="ja-JP"/>
        </w:rPr>
        <w:t>記</w:t>
      </w:r>
    </w:p>
    <w:p w14:paraId="0AD738F1" w14:textId="3CE851F5" w:rsidR="00392CC9" w:rsidRDefault="00E21F3E" w:rsidP="00392CC9">
      <w:pPr>
        <w:pStyle w:val="ae"/>
        <w:numPr>
          <w:ilvl w:val="0"/>
          <w:numId w:val="10"/>
        </w:numPr>
        <w:spacing w:after="120" w:line="264" w:lineRule="auto"/>
        <w:rPr>
          <w:lang w:eastAsia="ja-JP"/>
        </w:rPr>
      </w:pPr>
      <w:r>
        <w:rPr>
          <w:lang w:eastAsia="ja-JP"/>
        </w:rPr>
        <w:t>参加資格の充足</w:t>
      </w:r>
      <w:r>
        <w:rPr>
          <w:lang w:eastAsia="ja-JP"/>
        </w:rPr>
        <w:br/>
        <w:t>公募要項「8. 参加資格」に定める以下の条件をすべて満たしていること。</w:t>
      </w:r>
      <w:r>
        <w:rPr>
          <w:lang w:eastAsia="ja-JP"/>
        </w:rPr>
        <w:br/>
        <w:t>(1) 日本の会社法に基づき日本国内で設立された法人・企業であり、かつ福岡市内に事業所（本社・支社営業所等）を有していること。</w:t>
      </w:r>
      <w:r>
        <w:rPr>
          <w:lang w:eastAsia="ja-JP"/>
        </w:rPr>
        <w:br/>
        <w:t>(2) 提案内容を実現するための資力・信用力を有していること。</w:t>
      </w:r>
      <w:r>
        <w:rPr>
          <w:lang w:eastAsia="ja-JP"/>
        </w:rPr>
        <w:br/>
        <w:t>(3) 提案事業を適切に実施・管理できること。</w:t>
      </w:r>
      <w:r>
        <w:rPr>
          <w:lang w:eastAsia="ja-JP"/>
        </w:rPr>
        <w:br/>
        <w:t>(4) 過去に重大な法令違反や契約違反がないこと。</w:t>
      </w:r>
      <w:r>
        <w:rPr>
          <w:lang w:eastAsia="ja-JP"/>
        </w:rPr>
        <w:br/>
        <w:t>(5) 反社会的勢力と関係がないこと。</w:t>
      </w:r>
      <w:r>
        <w:rPr>
          <w:lang w:eastAsia="ja-JP"/>
        </w:rPr>
        <w:br/>
        <w:t xml:space="preserve">(6) </w:t>
      </w:r>
      <w:r w:rsidR="00630D68">
        <w:rPr>
          <w:rFonts w:hint="eastAsia"/>
          <w:lang w:eastAsia="ja-JP"/>
        </w:rPr>
        <w:t>必要に応じて、共同事業体での参加が可能であること。</w:t>
      </w:r>
    </w:p>
    <w:p w14:paraId="1318331A" w14:textId="59A84BF2" w:rsidR="004535A6" w:rsidRDefault="009F04A4" w:rsidP="00104E2A">
      <w:pPr>
        <w:pStyle w:val="ae"/>
        <w:spacing w:after="120" w:line="264" w:lineRule="auto"/>
        <w:ind w:left="360"/>
        <w:rPr>
          <w:lang w:eastAsia="ja-JP"/>
        </w:rPr>
      </w:pPr>
      <w:r>
        <w:rPr>
          <w:rFonts w:hint="eastAsia"/>
          <w:lang w:eastAsia="ja-JP"/>
        </w:rPr>
        <w:t xml:space="preserve">(7) </w:t>
      </w:r>
      <w:r w:rsidR="00E21F3E">
        <w:rPr>
          <w:lang w:eastAsia="ja-JP"/>
        </w:rPr>
        <w:t>定期借地事業の実績、又は大規模な複合施設の開発・運営実績を有すること。</w:t>
      </w:r>
    </w:p>
    <w:p w14:paraId="226D26AB" w14:textId="77777777" w:rsidR="004535A6" w:rsidRDefault="00E21F3E">
      <w:pPr>
        <w:spacing w:after="120" w:line="264" w:lineRule="auto"/>
        <w:rPr>
          <w:lang w:eastAsia="ja-JP"/>
        </w:rPr>
      </w:pPr>
      <w:r>
        <w:rPr>
          <w:lang w:eastAsia="ja-JP"/>
        </w:rPr>
        <w:t>2. 提出書類の真実性</w:t>
      </w:r>
      <w:r>
        <w:rPr>
          <w:lang w:eastAsia="ja-JP"/>
        </w:rPr>
        <w:br/>
        <w:t>提出する書類のすべての記載事項は、事実と相違ないこと。</w:t>
      </w:r>
    </w:p>
    <w:p w14:paraId="507126C4" w14:textId="77777777" w:rsidR="004535A6" w:rsidRDefault="00E21F3E">
      <w:pPr>
        <w:spacing w:after="120" w:line="264" w:lineRule="auto"/>
        <w:rPr>
          <w:lang w:eastAsia="ja-JP"/>
        </w:rPr>
      </w:pPr>
      <w:r>
        <w:rPr>
          <w:lang w:eastAsia="ja-JP"/>
        </w:rPr>
        <w:t>3. 異議申し立ての禁止</w:t>
      </w:r>
      <w:r>
        <w:rPr>
          <w:lang w:eastAsia="ja-JP"/>
        </w:rPr>
        <w:br/>
        <w:t>公募要項「10. 提案にあたっての留意事項」を厳守し、選定結果や審査基準等について、貸主および指定募集窓口に対して一切の異議申し立てを行わないこと。</w:t>
      </w:r>
    </w:p>
    <w:p w14:paraId="1FE91355" w14:textId="77777777" w:rsidR="004535A6" w:rsidRDefault="00E21F3E">
      <w:pPr>
        <w:spacing w:after="120" w:line="264" w:lineRule="auto"/>
        <w:rPr>
          <w:lang w:eastAsia="ja-JP"/>
        </w:rPr>
      </w:pPr>
      <w:r>
        <w:rPr>
          <w:lang w:eastAsia="ja-JP"/>
        </w:rPr>
        <w:t>4. 費用の自己負担</w:t>
      </w:r>
      <w:r>
        <w:rPr>
          <w:lang w:eastAsia="ja-JP"/>
        </w:rPr>
        <w:br/>
        <w:t>本公募への参加および提案に伴い発生する一切の費用（提示プラン作成費用等を含む）はすべて当社の負担とし、理由の如何を問わず、貸主および指定募集窓口に対して金銭請求を行わないこと。</w:t>
      </w:r>
    </w:p>
    <w:p w14:paraId="4B976D75" w14:textId="77777777" w:rsidR="004535A6" w:rsidRDefault="00E21F3E">
      <w:pPr>
        <w:jc w:val="right"/>
      </w:pPr>
      <w:r>
        <w:t>以上</w:t>
      </w:r>
    </w:p>
    <w:p w14:paraId="0B4F0995" w14:textId="16A3BE91" w:rsidR="004535A6" w:rsidRDefault="004535A6"/>
    <w:sectPr w:rsidR="004535A6" w:rsidSect="00034616">
      <w:pgSz w:w="11909" w:h="16834"/>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B3456" w14:textId="77777777" w:rsidR="001E324E" w:rsidRDefault="001E324E" w:rsidP="0056787F">
      <w:pPr>
        <w:spacing w:line="240" w:lineRule="auto"/>
      </w:pPr>
      <w:r>
        <w:separator/>
      </w:r>
    </w:p>
  </w:endnote>
  <w:endnote w:type="continuationSeparator" w:id="0">
    <w:p w14:paraId="156A0975" w14:textId="77777777" w:rsidR="001E324E" w:rsidRDefault="001E324E" w:rsidP="005678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1105D" w14:textId="77777777" w:rsidR="001E324E" w:rsidRDefault="001E324E" w:rsidP="0056787F">
      <w:pPr>
        <w:spacing w:line="240" w:lineRule="auto"/>
      </w:pPr>
      <w:r>
        <w:separator/>
      </w:r>
    </w:p>
  </w:footnote>
  <w:footnote w:type="continuationSeparator" w:id="0">
    <w:p w14:paraId="3B047889" w14:textId="77777777" w:rsidR="001E324E" w:rsidRDefault="001E324E" w:rsidP="0056787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6F670015"/>
    <w:multiLevelType w:val="hybridMultilevel"/>
    <w:tmpl w:val="77127BA0"/>
    <w:lvl w:ilvl="0" w:tplc="4C2A3E8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67965695">
    <w:abstractNumId w:val="8"/>
  </w:num>
  <w:num w:numId="2" w16cid:durableId="1982805924">
    <w:abstractNumId w:val="6"/>
  </w:num>
  <w:num w:numId="3" w16cid:durableId="785078318">
    <w:abstractNumId w:val="5"/>
  </w:num>
  <w:num w:numId="4" w16cid:durableId="1570114763">
    <w:abstractNumId w:val="4"/>
  </w:num>
  <w:num w:numId="5" w16cid:durableId="1703820747">
    <w:abstractNumId w:val="7"/>
  </w:num>
  <w:num w:numId="6" w16cid:durableId="427190245">
    <w:abstractNumId w:val="3"/>
  </w:num>
  <w:num w:numId="7" w16cid:durableId="1328090402">
    <w:abstractNumId w:val="2"/>
  </w:num>
  <w:num w:numId="8" w16cid:durableId="1945842358">
    <w:abstractNumId w:val="1"/>
  </w:num>
  <w:num w:numId="9" w16cid:durableId="1711801780">
    <w:abstractNumId w:val="0"/>
  </w:num>
  <w:num w:numId="10" w16cid:durableId="16335114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69D"/>
    <w:rsid w:val="000165B5"/>
    <w:rsid w:val="00034616"/>
    <w:rsid w:val="00034824"/>
    <w:rsid w:val="0006063C"/>
    <w:rsid w:val="00104222"/>
    <w:rsid w:val="00104E2A"/>
    <w:rsid w:val="0015074B"/>
    <w:rsid w:val="00174884"/>
    <w:rsid w:val="001978AC"/>
    <w:rsid w:val="001E324E"/>
    <w:rsid w:val="0027065C"/>
    <w:rsid w:val="0029639D"/>
    <w:rsid w:val="00326F90"/>
    <w:rsid w:val="00392CC9"/>
    <w:rsid w:val="00432B0D"/>
    <w:rsid w:val="004535A6"/>
    <w:rsid w:val="00490C8C"/>
    <w:rsid w:val="00565516"/>
    <w:rsid w:val="0056787F"/>
    <w:rsid w:val="005A6657"/>
    <w:rsid w:val="00630D68"/>
    <w:rsid w:val="006717F6"/>
    <w:rsid w:val="00671A76"/>
    <w:rsid w:val="006D54E6"/>
    <w:rsid w:val="00736C0A"/>
    <w:rsid w:val="00752AD5"/>
    <w:rsid w:val="00786139"/>
    <w:rsid w:val="007A0BDD"/>
    <w:rsid w:val="008618E6"/>
    <w:rsid w:val="009F04A4"/>
    <w:rsid w:val="00A04EB0"/>
    <w:rsid w:val="00AA1D8D"/>
    <w:rsid w:val="00B47730"/>
    <w:rsid w:val="00C26355"/>
    <w:rsid w:val="00CB0664"/>
    <w:rsid w:val="00DA3FDC"/>
    <w:rsid w:val="00E21F3E"/>
    <w:rsid w:val="00E2321C"/>
    <w:rsid w:val="00ED5E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2E73108"/>
  <w14:defaultImageDpi w14:val="300"/>
  <w15:docId w15:val="{96046AB4-24A7-4AF9-95F7-EA14699D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ＭＳ 明朝" w:hAnsi="ＭＳ 明朝"/>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Revision"/>
    <w:hidden/>
    <w:uiPriority w:val="99"/>
    <w:semiHidden/>
    <w:rsid w:val="0056787F"/>
    <w:pPr>
      <w:spacing w:after="0" w:line="240" w:lineRule="auto"/>
    </w:pPr>
    <w:rPr>
      <w:rFonts w:ascii="ＭＳ 明朝" w:hAns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123</Words>
  <Characters>704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小林 純也</cp:lastModifiedBy>
  <cp:revision>2</cp:revision>
  <cp:lastPrinted>2026-10-20T06:22:00Z</cp:lastPrinted>
  <dcterms:created xsi:type="dcterms:W3CDTF">2026-10-21T00:21:00Z</dcterms:created>
  <dcterms:modified xsi:type="dcterms:W3CDTF">2026-10-21T00:21:00Z</dcterms:modified>
  <cp:category/>
</cp:coreProperties>
</file>